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C41BA" w14:textId="77777777" w:rsidR="006C3779" w:rsidRDefault="008A7F62">
      <w:pPr>
        <w:jc w:val="center"/>
        <w:rPr>
          <w:lang w:eastAsia="zh-TW"/>
        </w:rPr>
      </w:pPr>
      <w:r>
        <w:rPr>
          <w:b/>
          <w:sz w:val="32"/>
          <w:lang w:eastAsia="zh-TW"/>
        </w:rPr>
        <w:t>研究案件研究材料保存及銷毀管理表</w:t>
      </w:r>
    </w:p>
    <w:p w14:paraId="669266BE" w14:textId="77777777" w:rsidR="006C3779" w:rsidRDefault="008A7F62">
      <w:pPr>
        <w:jc w:val="center"/>
        <w:rPr>
          <w:lang w:eastAsia="zh-TW"/>
        </w:rPr>
      </w:pPr>
      <w:r>
        <w:rPr>
          <w:i/>
          <w:lang w:eastAsia="zh-TW"/>
        </w:rPr>
        <w:t>適用於研究材料之收受、保存、移轉、盤點、保存期限確認及銷毀紀錄</w:t>
      </w:r>
    </w:p>
    <w:p w14:paraId="197C6FA0" w14:textId="77777777" w:rsidR="006C3779" w:rsidRDefault="006C3779">
      <w:pPr>
        <w:rPr>
          <w:lang w:eastAsia="zh-TW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5270"/>
      </w:tblGrid>
      <w:tr w:rsidR="006C3779" w14:paraId="3D287FDD" w14:textId="77777777">
        <w:trPr>
          <w:cantSplit/>
          <w:tblHeader/>
          <w:jc w:val="center"/>
        </w:trPr>
        <w:tc>
          <w:tcPr>
            <w:tcW w:w="1814" w:type="dxa"/>
            <w:vAlign w:val="center"/>
          </w:tcPr>
          <w:p w14:paraId="30DF2C99" w14:textId="77777777" w:rsidR="008A7F62" w:rsidRDefault="008A7F62">
            <w:pPr>
              <w:rPr>
                <w:b/>
              </w:rPr>
            </w:pPr>
            <w:r>
              <w:rPr>
                <w:b/>
              </w:rPr>
              <w:t>研究案件</w:t>
            </w:r>
          </w:p>
          <w:p w14:paraId="55D3167B" w14:textId="25C926B8" w:rsidR="006C3779" w:rsidRDefault="008A7F62">
            <w:r>
              <w:rPr>
                <w:b/>
              </w:rPr>
              <w:t>基本資料</w:t>
            </w:r>
          </w:p>
        </w:tc>
        <w:tc>
          <w:tcPr>
            <w:tcW w:w="5270" w:type="dxa"/>
            <w:vAlign w:val="center"/>
          </w:tcPr>
          <w:p w14:paraId="1E123FDB" w14:textId="77777777" w:rsidR="006C3779" w:rsidRDefault="008A7F62">
            <w:r>
              <w:t>研究計畫名稱：</w:t>
            </w:r>
            <w:r>
              <w:t>____________________________________________</w:t>
            </w:r>
          </w:p>
        </w:tc>
      </w:tr>
      <w:tr w:rsidR="006C3779" w14:paraId="5D74EC41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55BE09D1" w14:textId="222F3877" w:rsidR="006C3779" w:rsidRDefault="000C111D">
            <w:r>
              <w:rPr>
                <w:b/>
              </w:rPr>
              <w:t>研究案件</w:t>
            </w:r>
            <w:r>
              <w:rPr>
                <w:rFonts w:ascii="新細明體" w:eastAsia="新細明體" w:hAnsi="新細明體" w:hint="eastAsia"/>
                <w:b/>
                <w:lang w:eastAsia="zh-TW"/>
              </w:rPr>
              <w:t>編號</w:t>
            </w:r>
          </w:p>
        </w:tc>
        <w:tc>
          <w:tcPr>
            <w:tcW w:w="5270" w:type="dxa"/>
            <w:vAlign w:val="center"/>
          </w:tcPr>
          <w:p w14:paraId="768B6A2B" w14:textId="0895F0D2" w:rsidR="006C3779" w:rsidRDefault="008A7F62">
            <w:pPr>
              <w:rPr>
                <w:lang w:eastAsia="zh-TW"/>
              </w:rPr>
            </w:pPr>
            <w:r>
              <w:rPr>
                <w:lang w:eastAsia="zh-TW"/>
              </w:rPr>
              <w:t>計畫編號／案號：</w:t>
            </w:r>
            <w:r>
              <w:rPr>
                <w:lang w:eastAsia="zh-TW"/>
              </w:rPr>
              <w:t>____________________</w:t>
            </w:r>
            <w:r>
              <w:rPr>
                <w:lang w:eastAsia="zh-TW"/>
              </w:rPr>
              <w:t xml:space="preserve">　</w:t>
            </w:r>
          </w:p>
        </w:tc>
      </w:tr>
      <w:tr w:rsidR="006C3779" w14:paraId="724D0605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69986489" w14:textId="2BF5E152" w:rsidR="006C3779" w:rsidRDefault="008A7F62">
            <w:r>
              <w:rPr>
                <w:rFonts w:ascii="新細明體" w:eastAsia="新細明體" w:hAnsi="新細明體" w:hint="eastAsia"/>
                <w:b/>
                <w:lang w:eastAsia="zh-TW"/>
              </w:rPr>
              <w:t>計畫主持人</w:t>
            </w:r>
          </w:p>
        </w:tc>
        <w:tc>
          <w:tcPr>
            <w:tcW w:w="5270" w:type="dxa"/>
            <w:vAlign w:val="center"/>
          </w:tcPr>
          <w:p w14:paraId="1655BD54" w14:textId="77777777" w:rsidR="006C3779" w:rsidRDefault="008A7F62">
            <w:r>
              <w:t>姓名：</w:t>
            </w:r>
            <w:r>
              <w:t>____________________</w:t>
            </w:r>
            <w:r>
              <w:t xml:space="preserve">　單位：</w:t>
            </w:r>
            <w:r>
              <w:t>____________________</w:t>
            </w:r>
          </w:p>
        </w:tc>
      </w:tr>
      <w:tr w:rsidR="006C3779" w14:paraId="2495FE11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0FECEB1A" w14:textId="77777777" w:rsidR="006C3779" w:rsidRDefault="008A7F62">
            <w:r>
              <w:rPr>
                <w:b/>
              </w:rPr>
              <w:t>研究材料類型</w:t>
            </w:r>
          </w:p>
        </w:tc>
        <w:tc>
          <w:tcPr>
            <w:tcW w:w="5270" w:type="dxa"/>
            <w:vAlign w:val="center"/>
          </w:tcPr>
          <w:p w14:paraId="0F03EC89" w14:textId="1C50891A" w:rsidR="006C3779" w:rsidRDefault="008A7F62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 xml:space="preserve">人體檢體　</w:t>
            </w: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 xml:space="preserve">生物檢體　</w:t>
            </w: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>藥品／</w:t>
            </w:r>
            <w:r w:rsidR="000C111D">
              <w:rPr>
                <w:rFonts w:ascii="新細明體" w:eastAsia="新細明體" w:hAnsi="新細明體" w:hint="eastAsia"/>
                <w:lang w:eastAsia="zh-TW"/>
              </w:rPr>
              <w:t>研究</w:t>
            </w:r>
            <w:r w:rsidR="000C111D">
              <w:rPr>
                <w:rFonts w:eastAsia="新細明體" w:hint="eastAsia"/>
                <w:lang w:eastAsia="zh-TW"/>
              </w:rPr>
              <w:t>產品</w:t>
            </w:r>
            <w:r>
              <w:rPr>
                <w:lang w:eastAsia="zh-TW"/>
              </w:rPr>
              <w:t xml:space="preserve">　</w:t>
            </w: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 xml:space="preserve">文件／紀錄　</w:t>
            </w: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>其他：</w:t>
            </w:r>
            <w:r>
              <w:rPr>
                <w:lang w:eastAsia="zh-TW"/>
              </w:rPr>
              <w:t>____________</w:t>
            </w:r>
          </w:p>
        </w:tc>
      </w:tr>
      <w:tr w:rsidR="006C3779" w14:paraId="1F51CA49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294091CB" w14:textId="77777777" w:rsidR="006C3779" w:rsidRDefault="008A7F62">
            <w:r>
              <w:rPr>
                <w:b/>
              </w:rPr>
              <w:t>保存場所</w:t>
            </w:r>
          </w:p>
        </w:tc>
        <w:tc>
          <w:tcPr>
            <w:tcW w:w="5270" w:type="dxa"/>
            <w:vAlign w:val="center"/>
          </w:tcPr>
          <w:p w14:paraId="2D25D464" w14:textId="77777777" w:rsidR="006C3779" w:rsidRDefault="008A7F62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 xml:space="preserve">研究單位　</w:t>
            </w: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 xml:space="preserve">檢體庫　</w:t>
            </w: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 xml:space="preserve">冷藏／冷凍設備　</w:t>
            </w:r>
            <w:r>
              <w:rPr>
                <w:lang w:eastAsia="zh-TW"/>
              </w:rPr>
              <w:t xml:space="preserve">□ </w:t>
            </w:r>
            <w:r>
              <w:rPr>
                <w:lang w:eastAsia="zh-TW"/>
              </w:rPr>
              <w:t>其他：</w:t>
            </w:r>
            <w:r>
              <w:rPr>
                <w:lang w:eastAsia="zh-TW"/>
              </w:rPr>
              <w:t>________________________</w:t>
            </w:r>
          </w:p>
        </w:tc>
      </w:tr>
    </w:tbl>
    <w:p w14:paraId="1FCA10B6" w14:textId="77777777" w:rsidR="006C3779" w:rsidRDefault="006C3779">
      <w:pPr>
        <w:rPr>
          <w:lang w:eastAsia="zh-TW"/>
        </w:rPr>
      </w:pPr>
    </w:p>
    <w:p w14:paraId="25EFE6D1" w14:textId="77777777" w:rsidR="006C3779" w:rsidRDefault="008A7F62">
      <w:pPr>
        <w:rPr>
          <w:lang w:eastAsia="zh-TW"/>
        </w:rPr>
      </w:pPr>
      <w:r>
        <w:rPr>
          <w:b/>
          <w:lang w:eastAsia="zh-TW"/>
        </w:rPr>
        <w:t>一、研究材料保存管理紀錄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6C3779" w14:paraId="6FCEAF25" w14:textId="77777777" w:rsidTr="000C111D">
        <w:trPr>
          <w:cantSplit/>
          <w:trHeight w:val="567"/>
          <w:tblHeader/>
          <w:jc w:val="center"/>
        </w:trPr>
        <w:tc>
          <w:tcPr>
            <w:tcW w:w="1171" w:type="dxa"/>
            <w:vAlign w:val="center"/>
          </w:tcPr>
          <w:p w14:paraId="7F76AB73" w14:textId="77777777" w:rsidR="006C3779" w:rsidRDefault="008A7F62">
            <w:r>
              <w:rPr>
                <w:b/>
              </w:rPr>
              <w:t>項次</w:t>
            </w:r>
          </w:p>
        </w:tc>
        <w:tc>
          <w:tcPr>
            <w:tcW w:w="1171" w:type="dxa"/>
            <w:vAlign w:val="center"/>
          </w:tcPr>
          <w:p w14:paraId="069C5E94" w14:textId="77777777" w:rsidR="006C3779" w:rsidRDefault="008A7F62">
            <w:r>
              <w:rPr>
                <w:b/>
              </w:rPr>
              <w:t>材料名稱／編號</w:t>
            </w:r>
          </w:p>
        </w:tc>
        <w:tc>
          <w:tcPr>
            <w:tcW w:w="1171" w:type="dxa"/>
            <w:vAlign w:val="center"/>
          </w:tcPr>
          <w:p w14:paraId="37E51AB9" w14:textId="77777777" w:rsidR="006C3779" w:rsidRDefault="008A7F62">
            <w:r>
              <w:rPr>
                <w:b/>
              </w:rPr>
              <w:t>數量／規格</w:t>
            </w:r>
          </w:p>
        </w:tc>
        <w:tc>
          <w:tcPr>
            <w:tcW w:w="1171" w:type="dxa"/>
            <w:vAlign w:val="center"/>
          </w:tcPr>
          <w:p w14:paraId="6B3F0591" w14:textId="77777777" w:rsidR="006C3779" w:rsidRDefault="008A7F62">
            <w:r>
              <w:rPr>
                <w:b/>
              </w:rPr>
              <w:t>保存條件</w:t>
            </w:r>
          </w:p>
        </w:tc>
        <w:tc>
          <w:tcPr>
            <w:tcW w:w="1171" w:type="dxa"/>
            <w:vAlign w:val="center"/>
          </w:tcPr>
          <w:p w14:paraId="6BC58E20" w14:textId="77777777" w:rsidR="006C3779" w:rsidRDefault="008A7F62">
            <w:r>
              <w:rPr>
                <w:b/>
              </w:rPr>
              <w:t>保存位置</w:t>
            </w:r>
          </w:p>
        </w:tc>
        <w:tc>
          <w:tcPr>
            <w:tcW w:w="1171" w:type="dxa"/>
            <w:vAlign w:val="center"/>
          </w:tcPr>
          <w:p w14:paraId="14EA449C" w14:textId="77777777" w:rsidR="006C3779" w:rsidRDefault="008A7F62">
            <w:r>
              <w:rPr>
                <w:b/>
              </w:rPr>
              <w:t>保存起始日</w:t>
            </w:r>
          </w:p>
        </w:tc>
        <w:tc>
          <w:tcPr>
            <w:tcW w:w="1171" w:type="dxa"/>
            <w:vAlign w:val="center"/>
          </w:tcPr>
          <w:p w14:paraId="7A56C632" w14:textId="77777777" w:rsidR="006C3779" w:rsidRDefault="008A7F62">
            <w:r>
              <w:rPr>
                <w:b/>
              </w:rPr>
              <w:t>保存期限／到期日</w:t>
            </w:r>
          </w:p>
        </w:tc>
        <w:tc>
          <w:tcPr>
            <w:tcW w:w="1171" w:type="dxa"/>
            <w:vAlign w:val="center"/>
          </w:tcPr>
          <w:p w14:paraId="6DFE6ED6" w14:textId="77777777" w:rsidR="006C3779" w:rsidRDefault="008A7F62">
            <w:r>
              <w:rPr>
                <w:b/>
              </w:rPr>
              <w:t>負責人</w:t>
            </w:r>
          </w:p>
        </w:tc>
        <w:tc>
          <w:tcPr>
            <w:tcW w:w="1171" w:type="dxa"/>
            <w:vAlign w:val="center"/>
          </w:tcPr>
          <w:p w14:paraId="54EEFF8D" w14:textId="77777777" w:rsidR="006C3779" w:rsidRDefault="008A7F62">
            <w:r>
              <w:rPr>
                <w:b/>
              </w:rPr>
              <w:t>備註</w:t>
            </w:r>
          </w:p>
        </w:tc>
      </w:tr>
      <w:tr w:rsidR="006C3779" w14:paraId="3E182C9C" w14:textId="77777777" w:rsidTr="000C111D">
        <w:trPr>
          <w:cantSplit/>
          <w:trHeight w:val="567"/>
          <w:jc w:val="center"/>
        </w:trPr>
        <w:tc>
          <w:tcPr>
            <w:tcW w:w="1171" w:type="dxa"/>
          </w:tcPr>
          <w:p w14:paraId="6721FFFF" w14:textId="77777777" w:rsidR="006C3779" w:rsidRDefault="008A7F62">
            <w:r>
              <w:t>1</w:t>
            </w:r>
          </w:p>
        </w:tc>
        <w:tc>
          <w:tcPr>
            <w:tcW w:w="1171" w:type="dxa"/>
          </w:tcPr>
          <w:p w14:paraId="1E66C6A9" w14:textId="77777777" w:rsidR="006C3779" w:rsidRDefault="006C3779"/>
        </w:tc>
        <w:tc>
          <w:tcPr>
            <w:tcW w:w="1171" w:type="dxa"/>
          </w:tcPr>
          <w:p w14:paraId="67DFFFE2" w14:textId="77777777" w:rsidR="006C3779" w:rsidRDefault="006C3779"/>
        </w:tc>
        <w:tc>
          <w:tcPr>
            <w:tcW w:w="1171" w:type="dxa"/>
          </w:tcPr>
          <w:p w14:paraId="17686DAD" w14:textId="77777777" w:rsidR="006C3779" w:rsidRDefault="006C3779"/>
        </w:tc>
        <w:tc>
          <w:tcPr>
            <w:tcW w:w="1171" w:type="dxa"/>
          </w:tcPr>
          <w:p w14:paraId="1C4440E5" w14:textId="77777777" w:rsidR="006C3779" w:rsidRDefault="006C3779"/>
        </w:tc>
        <w:tc>
          <w:tcPr>
            <w:tcW w:w="1171" w:type="dxa"/>
          </w:tcPr>
          <w:p w14:paraId="017A49C4" w14:textId="77777777" w:rsidR="006C3779" w:rsidRDefault="006C3779"/>
        </w:tc>
        <w:tc>
          <w:tcPr>
            <w:tcW w:w="1171" w:type="dxa"/>
          </w:tcPr>
          <w:p w14:paraId="4B6C9D00" w14:textId="77777777" w:rsidR="006C3779" w:rsidRDefault="006C3779"/>
        </w:tc>
        <w:tc>
          <w:tcPr>
            <w:tcW w:w="1171" w:type="dxa"/>
          </w:tcPr>
          <w:p w14:paraId="20CFD6B4" w14:textId="77777777" w:rsidR="006C3779" w:rsidRDefault="006C3779"/>
        </w:tc>
        <w:tc>
          <w:tcPr>
            <w:tcW w:w="1171" w:type="dxa"/>
          </w:tcPr>
          <w:p w14:paraId="606C8431" w14:textId="77777777" w:rsidR="006C3779" w:rsidRDefault="006C3779"/>
        </w:tc>
      </w:tr>
      <w:tr w:rsidR="006C3779" w14:paraId="134CBCAD" w14:textId="77777777" w:rsidTr="000C111D">
        <w:trPr>
          <w:cantSplit/>
          <w:trHeight w:val="567"/>
          <w:jc w:val="center"/>
        </w:trPr>
        <w:tc>
          <w:tcPr>
            <w:tcW w:w="1171" w:type="dxa"/>
          </w:tcPr>
          <w:p w14:paraId="40742A39" w14:textId="77777777" w:rsidR="006C3779" w:rsidRDefault="008A7F62">
            <w:r>
              <w:t>2</w:t>
            </w:r>
          </w:p>
        </w:tc>
        <w:tc>
          <w:tcPr>
            <w:tcW w:w="1171" w:type="dxa"/>
          </w:tcPr>
          <w:p w14:paraId="4384A679" w14:textId="77777777" w:rsidR="006C3779" w:rsidRDefault="006C3779"/>
        </w:tc>
        <w:tc>
          <w:tcPr>
            <w:tcW w:w="1171" w:type="dxa"/>
          </w:tcPr>
          <w:p w14:paraId="52F33AA9" w14:textId="77777777" w:rsidR="006C3779" w:rsidRDefault="006C3779"/>
        </w:tc>
        <w:tc>
          <w:tcPr>
            <w:tcW w:w="1171" w:type="dxa"/>
          </w:tcPr>
          <w:p w14:paraId="581E42E7" w14:textId="77777777" w:rsidR="006C3779" w:rsidRDefault="006C3779"/>
        </w:tc>
        <w:tc>
          <w:tcPr>
            <w:tcW w:w="1171" w:type="dxa"/>
          </w:tcPr>
          <w:p w14:paraId="1BF98C22" w14:textId="77777777" w:rsidR="006C3779" w:rsidRDefault="006C3779"/>
        </w:tc>
        <w:tc>
          <w:tcPr>
            <w:tcW w:w="1171" w:type="dxa"/>
          </w:tcPr>
          <w:p w14:paraId="4F81C3A0" w14:textId="77777777" w:rsidR="006C3779" w:rsidRDefault="006C3779"/>
        </w:tc>
        <w:tc>
          <w:tcPr>
            <w:tcW w:w="1171" w:type="dxa"/>
          </w:tcPr>
          <w:p w14:paraId="403AB1B5" w14:textId="77777777" w:rsidR="006C3779" w:rsidRDefault="006C3779"/>
        </w:tc>
        <w:tc>
          <w:tcPr>
            <w:tcW w:w="1171" w:type="dxa"/>
          </w:tcPr>
          <w:p w14:paraId="26C04BC4" w14:textId="77777777" w:rsidR="006C3779" w:rsidRDefault="006C3779"/>
        </w:tc>
        <w:tc>
          <w:tcPr>
            <w:tcW w:w="1171" w:type="dxa"/>
          </w:tcPr>
          <w:p w14:paraId="3A275DF8" w14:textId="77777777" w:rsidR="006C3779" w:rsidRDefault="006C3779"/>
        </w:tc>
      </w:tr>
      <w:tr w:rsidR="006C3779" w14:paraId="13EE32F4" w14:textId="77777777" w:rsidTr="000C111D">
        <w:trPr>
          <w:cantSplit/>
          <w:trHeight w:val="567"/>
          <w:jc w:val="center"/>
        </w:trPr>
        <w:tc>
          <w:tcPr>
            <w:tcW w:w="1171" w:type="dxa"/>
          </w:tcPr>
          <w:p w14:paraId="01EEFA90" w14:textId="77777777" w:rsidR="006C3779" w:rsidRDefault="008A7F62">
            <w:r>
              <w:t>3</w:t>
            </w:r>
          </w:p>
        </w:tc>
        <w:tc>
          <w:tcPr>
            <w:tcW w:w="1171" w:type="dxa"/>
          </w:tcPr>
          <w:p w14:paraId="480F2541" w14:textId="77777777" w:rsidR="006C3779" w:rsidRDefault="006C3779"/>
        </w:tc>
        <w:tc>
          <w:tcPr>
            <w:tcW w:w="1171" w:type="dxa"/>
          </w:tcPr>
          <w:p w14:paraId="0814F846" w14:textId="77777777" w:rsidR="006C3779" w:rsidRDefault="006C3779"/>
        </w:tc>
        <w:tc>
          <w:tcPr>
            <w:tcW w:w="1171" w:type="dxa"/>
          </w:tcPr>
          <w:p w14:paraId="27854EC0" w14:textId="77777777" w:rsidR="006C3779" w:rsidRDefault="006C3779"/>
        </w:tc>
        <w:tc>
          <w:tcPr>
            <w:tcW w:w="1171" w:type="dxa"/>
          </w:tcPr>
          <w:p w14:paraId="402AF3DE" w14:textId="77777777" w:rsidR="006C3779" w:rsidRDefault="006C3779"/>
        </w:tc>
        <w:tc>
          <w:tcPr>
            <w:tcW w:w="1171" w:type="dxa"/>
          </w:tcPr>
          <w:p w14:paraId="4ADA5680" w14:textId="77777777" w:rsidR="006C3779" w:rsidRDefault="006C3779"/>
        </w:tc>
        <w:tc>
          <w:tcPr>
            <w:tcW w:w="1171" w:type="dxa"/>
          </w:tcPr>
          <w:p w14:paraId="353557F3" w14:textId="77777777" w:rsidR="006C3779" w:rsidRDefault="006C3779"/>
        </w:tc>
        <w:tc>
          <w:tcPr>
            <w:tcW w:w="1171" w:type="dxa"/>
          </w:tcPr>
          <w:p w14:paraId="5A7BCAE2" w14:textId="77777777" w:rsidR="006C3779" w:rsidRDefault="006C3779"/>
        </w:tc>
        <w:tc>
          <w:tcPr>
            <w:tcW w:w="1171" w:type="dxa"/>
          </w:tcPr>
          <w:p w14:paraId="5A23367D" w14:textId="77777777" w:rsidR="006C3779" w:rsidRDefault="006C3779"/>
        </w:tc>
      </w:tr>
      <w:tr w:rsidR="006C3779" w14:paraId="2810F258" w14:textId="77777777" w:rsidTr="000C111D">
        <w:trPr>
          <w:cantSplit/>
          <w:trHeight w:val="567"/>
          <w:jc w:val="center"/>
        </w:trPr>
        <w:tc>
          <w:tcPr>
            <w:tcW w:w="1171" w:type="dxa"/>
          </w:tcPr>
          <w:p w14:paraId="34257071" w14:textId="77777777" w:rsidR="006C3779" w:rsidRDefault="008A7F62">
            <w:r>
              <w:t>4</w:t>
            </w:r>
          </w:p>
        </w:tc>
        <w:tc>
          <w:tcPr>
            <w:tcW w:w="1171" w:type="dxa"/>
          </w:tcPr>
          <w:p w14:paraId="1B576290" w14:textId="77777777" w:rsidR="006C3779" w:rsidRDefault="006C3779"/>
        </w:tc>
        <w:tc>
          <w:tcPr>
            <w:tcW w:w="1171" w:type="dxa"/>
          </w:tcPr>
          <w:p w14:paraId="026CFB0B" w14:textId="77777777" w:rsidR="006C3779" w:rsidRDefault="006C3779"/>
        </w:tc>
        <w:tc>
          <w:tcPr>
            <w:tcW w:w="1171" w:type="dxa"/>
          </w:tcPr>
          <w:p w14:paraId="29E78879" w14:textId="77777777" w:rsidR="006C3779" w:rsidRDefault="006C3779"/>
        </w:tc>
        <w:tc>
          <w:tcPr>
            <w:tcW w:w="1171" w:type="dxa"/>
          </w:tcPr>
          <w:p w14:paraId="326B5BA2" w14:textId="77777777" w:rsidR="006C3779" w:rsidRDefault="006C3779"/>
        </w:tc>
        <w:tc>
          <w:tcPr>
            <w:tcW w:w="1171" w:type="dxa"/>
          </w:tcPr>
          <w:p w14:paraId="5BA71FE1" w14:textId="77777777" w:rsidR="006C3779" w:rsidRDefault="006C3779"/>
        </w:tc>
        <w:tc>
          <w:tcPr>
            <w:tcW w:w="1171" w:type="dxa"/>
          </w:tcPr>
          <w:p w14:paraId="357EE643" w14:textId="77777777" w:rsidR="006C3779" w:rsidRDefault="006C3779"/>
        </w:tc>
        <w:tc>
          <w:tcPr>
            <w:tcW w:w="1171" w:type="dxa"/>
          </w:tcPr>
          <w:p w14:paraId="605464EA" w14:textId="77777777" w:rsidR="006C3779" w:rsidRDefault="006C3779"/>
        </w:tc>
        <w:tc>
          <w:tcPr>
            <w:tcW w:w="1171" w:type="dxa"/>
          </w:tcPr>
          <w:p w14:paraId="20B05747" w14:textId="77777777" w:rsidR="006C3779" w:rsidRDefault="006C3779"/>
        </w:tc>
      </w:tr>
      <w:tr w:rsidR="006C3779" w14:paraId="34B98125" w14:textId="77777777" w:rsidTr="000C111D">
        <w:trPr>
          <w:cantSplit/>
          <w:trHeight w:val="567"/>
          <w:jc w:val="center"/>
        </w:trPr>
        <w:tc>
          <w:tcPr>
            <w:tcW w:w="1171" w:type="dxa"/>
          </w:tcPr>
          <w:p w14:paraId="2D2DF29C" w14:textId="77777777" w:rsidR="006C3779" w:rsidRDefault="008A7F62">
            <w:r>
              <w:t>5</w:t>
            </w:r>
          </w:p>
        </w:tc>
        <w:tc>
          <w:tcPr>
            <w:tcW w:w="1171" w:type="dxa"/>
          </w:tcPr>
          <w:p w14:paraId="56C11FF0" w14:textId="77777777" w:rsidR="006C3779" w:rsidRDefault="006C3779"/>
        </w:tc>
        <w:tc>
          <w:tcPr>
            <w:tcW w:w="1171" w:type="dxa"/>
          </w:tcPr>
          <w:p w14:paraId="49F32F26" w14:textId="77777777" w:rsidR="006C3779" w:rsidRDefault="006C3779"/>
        </w:tc>
        <w:tc>
          <w:tcPr>
            <w:tcW w:w="1171" w:type="dxa"/>
          </w:tcPr>
          <w:p w14:paraId="1164B367" w14:textId="77777777" w:rsidR="006C3779" w:rsidRDefault="006C3779"/>
        </w:tc>
        <w:tc>
          <w:tcPr>
            <w:tcW w:w="1171" w:type="dxa"/>
          </w:tcPr>
          <w:p w14:paraId="5F432DCA" w14:textId="77777777" w:rsidR="006C3779" w:rsidRDefault="006C3779"/>
        </w:tc>
        <w:tc>
          <w:tcPr>
            <w:tcW w:w="1171" w:type="dxa"/>
          </w:tcPr>
          <w:p w14:paraId="2F408124" w14:textId="77777777" w:rsidR="006C3779" w:rsidRDefault="006C3779"/>
        </w:tc>
        <w:tc>
          <w:tcPr>
            <w:tcW w:w="1171" w:type="dxa"/>
          </w:tcPr>
          <w:p w14:paraId="58A704FD" w14:textId="77777777" w:rsidR="006C3779" w:rsidRDefault="006C3779"/>
        </w:tc>
        <w:tc>
          <w:tcPr>
            <w:tcW w:w="1171" w:type="dxa"/>
          </w:tcPr>
          <w:p w14:paraId="1A773F9F" w14:textId="77777777" w:rsidR="006C3779" w:rsidRDefault="006C3779"/>
        </w:tc>
        <w:tc>
          <w:tcPr>
            <w:tcW w:w="1171" w:type="dxa"/>
          </w:tcPr>
          <w:p w14:paraId="6BD064D7" w14:textId="77777777" w:rsidR="006C3779" w:rsidRDefault="006C3779"/>
        </w:tc>
      </w:tr>
      <w:tr w:rsidR="006C3779" w14:paraId="5BA99F46" w14:textId="77777777" w:rsidTr="000C111D">
        <w:trPr>
          <w:cantSplit/>
          <w:trHeight w:val="567"/>
          <w:jc w:val="center"/>
        </w:trPr>
        <w:tc>
          <w:tcPr>
            <w:tcW w:w="1171" w:type="dxa"/>
          </w:tcPr>
          <w:p w14:paraId="4B9C37CA" w14:textId="77777777" w:rsidR="006C3779" w:rsidRDefault="008A7F62">
            <w:r>
              <w:t>6</w:t>
            </w:r>
          </w:p>
        </w:tc>
        <w:tc>
          <w:tcPr>
            <w:tcW w:w="1171" w:type="dxa"/>
          </w:tcPr>
          <w:p w14:paraId="431527EF" w14:textId="77777777" w:rsidR="006C3779" w:rsidRDefault="006C3779"/>
        </w:tc>
        <w:tc>
          <w:tcPr>
            <w:tcW w:w="1171" w:type="dxa"/>
          </w:tcPr>
          <w:p w14:paraId="1DA9D6B7" w14:textId="77777777" w:rsidR="006C3779" w:rsidRDefault="006C3779"/>
        </w:tc>
        <w:tc>
          <w:tcPr>
            <w:tcW w:w="1171" w:type="dxa"/>
          </w:tcPr>
          <w:p w14:paraId="179EEA9F" w14:textId="77777777" w:rsidR="006C3779" w:rsidRDefault="006C3779"/>
        </w:tc>
        <w:tc>
          <w:tcPr>
            <w:tcW w:w="1171" w:type="dxa"/>
          </w:tcPr>
          <w:p w14:paraId="469B9BD2" w14:textId="77777777" w:rsidR="006C3779" w:rsidRDefault="006C3779"/>
        </w:tc>
        <w:tc>
          <w:tcPr>
            <w:tcW w:w="1171" w:type="dxa"/>
          </w:tcPr>
          <w:p w14:paraId="5AB59AC2" w14:textId="77777777" w:rsidR="006C3779" w:rsidRDefault="006C3779"/>
        </w:tc>
        <w:tc>
          <w:tcPr>
            <w:tcW w:w="1171" w:type="dxa"/>
          </w:tcPr>
          <w:p w14:paraId="03FEEBA8" w14:textId="77777777" w:rsidR="006C3779" w:rsidRDefault="006C3779"/>
        </w:tc>
        <w:tc>
          <w:tcPr>
            <w:tcW w:w="1171" w:type="dxa"/>
          </w:tcPr>
          <w:p w14:paraId="65A34413" w14:textId="77777777" w:rsidR="006C3779" w:rsidRDefault="006C3779"/>
        </w:tc>
        <w:tc>
          <w:tcPr>
            <w:tcW w:w="1171" w:type="dxa"/>
          </w:tcPr>
          <w:p w14:paraId="43778802" w14:textId="77777777" w:rsidR="006C3779" w:rsidRDefault="006C3779"/>
        </w:tc>
      </w:tr>
      <w:tr w:rsidR="006C3779" w14:paraId="5A54EFC1" w14:textId="77777777" w:rsidTr="000C111D">
        <w:trPr>
          <w:cantSplit/>
          <w:trHeight w:val="567"/>
          <w:jc w:val="center"/>
        </w:trPr>
        <w:tc>
          <w:tcPr>
            <w:tcW w:w="1171" w:type="dxa"/>
          </w:tcPr>
          <w:p w14:paraId="15502583" w14:textId="77777777" w:rsidR="006C3779" w:rsidRDefault="008A7F62">
            <w:r>
              <w:t>7</w:t>
            </w:r>
          </w:p>
        </w:tc>
        <w:tc>
          <w:tcPr>
            <w:tcW w:w="1171" w:type="dxa"/>
          </w:tcPr>
          <w:p w14:paraId="3EBBC757" w14:textId="77777777" w:rsidR="006C3779" w:rsidRDefault="006C3779"/>
        </w:tc>
        <w:tc>
          <w:tcPr>
            <w:tcW w:w="1171" w:type="dxa"/>
          </w:tcPr>
          <w:p w14:paraId="44DB29A6" w14:textId="77777777" w:rsidR="006C3779" w:rsidRDefault="006C3779"/>
        </w:tc>
        <w:tc>
          <w:tcPr>
            <w:tcW w:w="1171" w:type="dxa"/>
          </w:tcPr>
          <w:p w14:paraId="26D9A55D" w14:textId="77777777" w:rsidR="006C3779" w:rsidRDefault="006C3779"/>
        </w:tc>
        <w:tc>
          <w:tcPr>
            <w:tcW w:w="1171" w:type="dxa"/>
          </w:tcPr>
          <w:p w14:paraId="06A9B562" w14:textId="77777777" w:rsidR="006C3779" w:rsidRDefault="006C3779"/>
        </w:tc>
        <w:tc>
          <w:tcPr>
            <w:tcW w:w="1171" w:type="dxa"/>
          </w:tcPr>
          <w:p w14:paraId="37A026DA" w14:textId="77777777" w:rsidR="006C3779" w:rsidRDefault="006C3779"/>
        </w:tc>
        <w:tc>
          <w:tcPr>
            <w:tcW w:w="1171" w:type="dxa"/>
          </w:tcPr>
          <w:p w14:paraId="15FF4028" w14:textId="77777777" w:rsidR="006C3779" w:rsidRDefault="006C3779"/>
        </w:tc>
        <w:tc>
          <w:tcPr>
            <w:tcW w:w="1171" w:type="dxa"/>
          </w:tcPr>
          <w:p w14:paraId="7C4CF287" w14:textId="77777777" w:rsidR="006C3779" w:rsidRDefault="006C3779"/>
        </w:tc>
        <w:tc>
          <w:tcPr>
            <w:tcW w:w="1171" w:type="dxa"/>
          </w:tcPr>
          <w:p w14:paraId="2F01277F" w14:textId="77777777" w:rsidR="006C3779" w:rsidRDefault="006C3779"/>
        </w:tc>
      </w:tr>
    </w:tbl>
    <w:p w14:paraId="077E96EF" w14:textId="58A87BAB" w:rsidR="006C3779" w:rsidRDefault="006C3779"/>
    <w:p w14:paraId="529D2510" w14:textId="71A3BDC3" w:rsidR="000C111D" w:rsidRDefault="000C111D"/>
    <w:p w14:paraId="31B3D1B6" w14:textId="5A80EDEF" w:rsidR="000C111D" w:rsidRDefault="000C111D"/>
    <w:p w14:paraId="1F34DA38" w14:textId="49A45B81" w:rsidR="000C111D" w:rsidRDefault="000C111D"/>
    <w:p w14:paraId="41573071" w14:textId="48EA2AF4" w:rsidR="000C111D" w:rsidRDefault="000C111D"/>
    <w:p w14:paraId="5A7EAC8E" w14:textId="77777777" w:rsidR="000C111D" w:rsidRDefault="000C111D"/>
    <w:p w14:paraId="7C73BBCF" w14:textId="6A4E75CD" w:rsidR="006C3779" w:rsidRDefault="000C111D">
      <w:pPr>
        <w:rPr>
          <w:lang w:eastAsia="zh-TW"/>
        </w:rPr>
      </w:pPr>
      <w:r>
        <w:rPr>
          <w:rFonts w:ascii="新細明體" w:eastAsia="新細明體" w:hAnsi="新細明體" w:hint="eastAsia"/>
          <w:b/>
          <w:lang w:eastAsia="zh-TW"/>
        </w:rPr>
        <w:lastRenderedPageBreak/>
        <w:t>二</w:t>
      </w:r>
      <w:r w:rsidR="008A7F62">
        <w:rPr>
          <w:b/>
          <w:lang w:eastAsia="zh-TW"/>
        </w:rPr>
        <w:t>、研究材料銷毀申請及執行紀錄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53"/>
      </w:tblGrid>
      <w:tr w:rsidR="006C3779" w14:paraId="3B2567AF" w14:textId="77777777" w:rsidTr="000C111D">
        <w:trPr>
          <w:cantSplit/>
          <w:trHeight w:val="567"/>
          <w:tblHeader/>
          <w:jc w:val="center"/>
        </w:trPr>
        <w:tc>
          <w:tcPr>
            <w:tcW w:w="1054" w:type="dxa"/>
          </w:tcPr>
          <w:p w14:paraId="7EF8E5C9" w14:textId="77777777" w:rsidR="006C3779" w:rsidRDefault="008A7F62">
            <w:r>
              <w:rPr>
                <w:b/>
              </w:rPr>
              <w:t>項次</w:t>
            </w:r>
          </w:p>
        </w:tc>
        <w:tc>
          <w:tcPr>
            <w:tcW w:w="1054" w:type="dxa"/>
          </w:tcPr>
          <w:p w14:paraId="2D945E4F" w14:textId="77777777" w:rsidR="006C3779" w:rsidRDefault="008A7F62">
            <w:r>
              <w:rPr>
                <w:b/>
              </w:rPr>
              <w:t>材料名稱／編號</w:t>
            </w:r>
          </w:p>
        </w:tc>
        <w:tc>
          <w:tcPr>
            <w:tcW w:w="1054" w:type="dxa"/>
          </w:tcPr>
          <w:p w14:paraId="2FF2D424" w14:textId="77777777" w:rsidR="006C3779" w:rsidRDefault="008A7F62">
            <w:r>
              <w:rPr>
                <w:b/>
              </w:rPr>
              <w:t>數量</w:t>
            </w:r>
          </w:p>
        </w:tc>
        <w:tc>
          <w:tcPr>
            <w:tcW w:w="1054" w:type="dxa"/>
          </w:tcPr>
          <w:p w14:paraId="11C141F2" w14:textId="77777777" w:rsidR="006C3779" w:rsidRDefault="008A7F62">
            <w:r>
              <w:rPr>
                <w:b/>
              </w:rPr>
              <w:t>銷毀原因</w:t>
            </w:r>
          </w:p>
        </w:tc>
        <w:tc>
          <w:tcPr>
            <w:tcW w:w="1054" w:type="dxa"/>
          </w:tcPr>
          <w:p w14:paraId="3E0BA4BA" w14:textId="77777777" w:rsidR="006C3779" w:rsidRDefault="008A7F62">
            <w:r>
              <w:rPr>
                <w:b/>
              </w:rPr>
              <w:t>核准銷毀日期</w:t>
            </w:r>
          </w:p>
        </w:tc>
        <w:tc>
          <w:tcPr>
            <w:tcW w:w="1054" w:type="dxa"/>
          </w:tcPr>
          <w:p w14:paraId="5FBB35CE" w14:textId="77777777" w:rsidR="006C3779" w:rsidRDefault="008A7F62">
            <w:r>
              <w:rPr>
                <w:b/>
              </w:rPr>
              <w:t>銷毀方式</w:t>
            </w:r>
          </w:p>
        </w:tc>
        <w:tc>
          <w:tcPr>
            <w:tcW w:w="1054" w:type="dxa"/>
          </w:tcPr>
          <w:p w14:paraId="2C0C0F8E" w14:textId="77777777" w:rsidR="006C3779" w:rsidRDefault="008A7F62">
            <w:r>
              <w:rPr>
                <w:b/>
              </w:rPr>
              <w:t>執行日期</w:t>
            </w:r>
          </w:p>
        </w:tc>
        <w:tc>
          <w:tcPr>
            <w:tcW w:w="1054" w:type="dxa"/>
          </w:tcPr>
          <w:p w14:paraId="65BD8DC1" w14:textId="77777777" w:rsidR="006C3779" w:rsidRDefault="008A7F62">
            <w:r>
              <w:rPr>
                <w:b/>
              </w:rPr>
              <w:t>執行人</w:t>
            </w:r>
          </w:p>
        </w:tc>
        <w:tc>
          <w:tcPr>
            <w:tcW w:w="1054" w:type="dxa"/>
          </w:tcPr>
          <w:p w14:paraId="33F416C8" w14:textId="77777777" w:rsidR="006C3779" w:rsidRDefault="008A7F62">
            <w:r>
              <w:rPr>
                <w:b/>
              </w:rPr>
              <w:t>見證／覆核</w:t>
            </w:r>
          </w:p>
        </w:tc>
        <w:tc>
          <w:tcPr>
            <w:tcW w:w="1054" w:type="dxa"/>
          </w:tcPr>
          <w:p w14:paraId="361ABF30" w14:textId="77777777" w:rsidR="006C3779" w:rsidRDefault="008A7F62">
            <w:r>
              <w:rPr>
                <w:b/>
              </w:rPr>
              <w:t>備註</w:t>
            </w:r>
          </w:p>
        </w:tc>
      </w:tr>
      <w:tr w:rsidR="006C3779" w14:paraId="75A90E95" w14:textId="77777777" w:rsidTr="000C111D">
        <w:trPr>
          <w:cantSplit/>
          <w:trHeight w:val="567"/>
          <w:jc w:val="center"/>
        </w:trPr>
        <w:tc>
          <w:tcPr>
            <w:tcW w:w="1054" w:type="dxa"/>
          </w:tcPr>
          <w:p w14:paraId="250776D9" w14:textId="77777777" w:rsidR="006C3779" w:rsidRDefault="008A7F62">
            <w:r>
              <w:t>1</w:t>
            </w:r>
          </w:p>
        </w:tc>
        <w:tc>
          <w:tcPr>
            <w:tcW w:w="1054" w:type="dxa"/>
          </w:tcPr>
          <w:p w14:paraId="2A67273E" w14:textId="77777777" w:rsidR="006C3779" w:rsidRDefault="006C3779"/>
        </w:tc>
        <w:tc>
          <w:tcPr>
            <w:tcW w:w="1054" w:type="dxa"/>
          </w:tcPr>
          <w:p w14:paraId="52594925" w14:textId="77777777" w:rsidR="006C3779" w:rsidRDefault="006C3779"/>
        </w:tc>
        <w:tc>
          <w:tcPr>
            <w:tcW w:w="1054" w:type="dxa"/>
          </w:tcPr>
          <w:p w14:paraId="4657DF31" w14:textId="77777777" w:rsidR="006C3779" w:rsidRDefault="006C3779"/>
        </w:tc>
        <w:tc>
          <w:tcPr>
            <w:tcW w:w="1054" w:type="dxa"/>
          </w:tcPr>
          <w:p w14:paraId="341A30F8" w14:textId="77777777" w:rsidR="006C3779" w:rsidRDefault="006C3779"/>
        </w:tc>
        <w:tc>
          <w:tcPr>
            <w:tcW w:w="1054" w:type="dxa"/>
          </w:tcPr>
          <w:p w14:paraId="6BD56F96" w14:textId="77777777" w:rsidR="006C3779" w:rsidRDefault="006C3779"/>
        </w:tc>
        <w:tc>
          <w:tcPr>
            <w:tcW w:w="1054" w:type="dxa"/>
          </w:tcPr>
          <w:p w14:paraId="7626B0FE" w14:textId="77777777" w:rsidR="006C3779" w:rsidRDefault="006C3779"/>
        </w:tc>
        <w:tc>
          <w:tcPr>
            <w:tcW w:w="1054" w:type="dxa"/>
          </w:tcPr>
          <w:p w14:paraId="456108DE" w14:textId="77777777" w:rsidR="006C3779" w:rsidRDefault="006C3779"/>
        </w:tc>
        <w:tc>
          <w:tcPr>
            <w:tcW w:w="1054" w:type="dxa"/>
          </w:tcPr>
          <w:p w14:paraId="369E0B95" w14:textId="77777777" w:rsidR="006C3779" w:rsidRDefault="006C3779"/>
        </w:tc>
        <w:tc>
          <w:tcPr>
            <w:tcW w:w="1054" w:type="dxa"/>
          </w:tcPr>
          <w:p w14:paraId="682F3249" w14:textId="77777777" w:rsidR="006C3779" w:rsidRDefault="006C3779"/>
        </w:tc>
      </w:tr>
      <w:tr w:rsidR="006C3779" w14:paraId="1E511BB2" w14:textId="77777777" w:rsidTr="000C111D">
        <w:trPr>
          <w:cantSplit/>
          <w:trHeight w:val="567"/>
          <w:jc w:val="center"/>
        </w:trPr>
        <w:tc>
          <w:tcPr>
            <w:tcW w:w="1054" w:type="dxa"/>
          </w:tcPr>
          <w:p w14:paraId="71A151D4" w14:textId="77777777" w:rsidR="006C3779" w:rsidRDefault="008A7F62">
            <w:r>
              <w:t>2</w:t>
            </w:r>
          </w:p>
        </w:tc>
        <w:tc>
          <w:tcPr>
            <w:tcW w:w="1054" w:type="dxa"/>
          </w:tcPr>
          <w:p w14:paraId="54CD1AD7" w14:textId="77777777" w:rsidR="006C3779" w:rsidRDefault="006C3779"/>
        </w:tc>
        <w:tc>
          <w:tcPr>
            <w:tcW w:w="1054" w:type="dxa"/>
          </w:tcPr>
          <w:p w14:paraId="5B8B8870" w14:textId="77777777" w:rsidR="006C3779" w:rsidRDefault="006C3779"/>
        </w:tc>
        <w:tc>
          <w:tcPr>
            <w:tcW w:w="1054" w:type="dxa"/>
          </w:tcPr>
          <w:p w14:paraId="12FE24D4" w14:textId="77777777" w:rsidR="006C3779" w:rsidRDefault="006C3779"/>
        </w:tc>
        <w:tc>
          <w:tcPr>
            <w:tcW w:w="1054" w:type="dxa"/>
          </w:tcPr>
          <w:p w14:paraId="3AD7A152" w14:textId="77777777" w:rsidR="006C3779" w:rsidRDefault="006C3779"/>
        </w:tc>
        <w:tc>
          <w:tcPr>
            <w:tcW w:w="1054" w:type="dxa"/>
          </w:tcPr>
          <w:p w14:paraId="7D54AB7D" w14:textId="77777777" w:rsidR="006C3779" w:rsidRDefault="006C3779"/>
        </w:tc>
        <w:tc>
          <w:tcPr>
            <w:tcW w:w="1054" w:type="dxa"/>
          </w:tcPr>
          <w:p w14:paraId="3443DF69" w14:textId="77777777" w:rsidR="006C3779" w:rsidRDefault="006C3779"/>
        </w:tc>
        <w:tc>
          <w:tcPr>
            <w:tcW w:w="1054" w:type="dxa"/>
          </w:tcPr>
          <w:p w14:paraId="2ADE8282" w14:textId="77777777" w:rsidR="006C3779" w:rsidRDefault="006C3779"/>
        </w:tc>
        <w:tc>
          <w:tcPr>
            <w:tcW w:w="1054" w:type="dxa"/>
          </w:tcPr>
          <w:p w14:paraId="35417404" w14:textId="77777777" w:rsidR="006C3779" w:rsidRDefault="006C3779"/>
        </w:tc>
        <w:tc>
          <w:tcPr>
            <w:tcW w:w="1054" w:type="dxa"/>
          </w:tcPr>
          <w:p w14:paraId="2B0C9F89" w14:textId="77777777" w:rsidR="006C3779" w:rsidRDefault="006C3779"/>
        </w:tc>
      </w:tr>
      <w:tr w:rsidR="006C3779" w14:paraId="0E82A80D" w14:textId="77777777" w:rsidTr="000C111D">
        <w:trPr>
          <w:cantSplit/>
          <w:trHeight w:val="567"/>
          <w:jc w:val="center"/>
        </w:trPr>
        <w:tc>
          <w:tcPr>
            <w:tcW w:w="1054" w:type="dxa"/>
          </w:tcPr>
          <w:p w14:paraId="28A035BC" w14:textId="77777777" w:rsidR="006C3779" w:rsidRDefault="008A7F62">
            <w:r>
              <w:t>3</w:t>
            </w:r>
          </w:p>
        </w:tc>
        <w:tc>
          <w:tcPr>
            <w:tcW w:w="1054" w:type="dxa"/>
          </w:tcPr>
          <w:p w14:paraId="253A3E5F" w14:textId="77777777" w:rsidR="006C3779" w:rsidRDefault="006C3779"/>
        </w:tc>
        <w:tc>
          <w:tcPr>
            <w:tcW w:w="1054" w:type="dxa"/>
          </w:tcPr>
          <w:p w14:paraId="46778A85" w14:textId="77777777" w:rsidR="006C3779" w:rsidRDefault="006C3779"/>
        </w:tc>
        <w:tc>
          <w:tcPr>
            <w:tcW w:w="1054" w:type="dxa"/>
          </w:tcPr>
          <w:p w14:paraId="7309D925" w14:textId="77777777" w:rsidR="006C3779" w:rsidRDefault="006C3779"/>
        </w:tc>
        <w:tc>
          <w:tcPr>
            <w:tcW w:w="1054" w:type="dxa"/>
          </w:tcPr>
          <w:p w14:paraId="5BDC4F8F" w14:textId="77777777" w:rsidR="006C3779" w:rsidRDefault="006C3779"/>
        </w:tc>
        <w:tc>
          <w:tcPr>
            <w:tcW w:w="1054" w:type="dxa"/>
          </w:tcPr>
          <w:p w14:paraId="2DE5092D" w14:textId="77777777" w:rsidR="006C3779" w:rsidRDefault="006C3779"/>
        </w:tc>
        <w:tc>
          <w:tcPr>
            <w:tcW w:w="1054" w:type="dxa"/>
          </w:tcPr>
          <w:p w14:paraId="469DD039" w14:textId="77777777" w:rsidR="006C3779" w:rsidRDefault="006C3779"/>
        </w:tc>
        <w:tc>
          <w:tcPr>
            <w:tcW w:w="1054" w:type="dxa"/>
          </w:tcPr>
          <w:p w14:paraId="2F4A027C" w14:textId="77777777" w:rsidR="006C3779" w:rsidRDefault="006C3779"/>
        </w:tc>
        <w:tc>
          <w:tcPr>
            <w:tcW w:w="1054" w:type="dxa"/>
          </w:tcPr>
          <w:p w14:paraId="454E187A" w14:textId="77777777" w:rsidR="006C3779" w:rsidRDefault="006C3779"/>
        </w:tc>
        <w:tc>
          <w:tcPr>
            <w:tcW w:w="1054" w:type="dxa"/>
          </w:tcPr>
          <w:p w14:paraId="600DDA75" w14:textId="77777777" w:rsidR="006C3779" w:rsidRDefault="006C3779"/>
        </w:tc>
      </w:tr>
      <w:tr w:rsidR="006C3779" w14:paraId="3CEA7662" w14:textId="77777777" w:rsidTr="000C111D">
        <w:trPr>
          <w:cantSplit/>
          <w:trHeight w:val="567"/>
          <w:jc w:val="center"/>
        </w:trPr>
        <w:tc>
          <w:tcPr>
            <w:tcW w:w="1054" w:type="dxa"/>
          </w:tcPr>
          <w:p w14:paraId="4575C3A1" w14:textId="77777777" w:rsidR="006C3779" w:rsidRDefault="008A7F62">
            <w:r>
              <w:t>4</w:t>
            </w:r>
          </w:p>
        </w:tc>
        <w:tc>
          <w:tcPr>
            <w:tcW w:w="1054" w:type="dxa"/>
          </w:tcPr>
          <w:p w14:paraId="51DEC736" w14:textId="77777777" w:rsidR="006C3779" w:rsidRDefault="006C3779"/>
        </w:tc>
        <w:tc>
          <w:tcPr>
            <w:tcW w:w="1054" w:type="dxa"/>
          </w:tcPr>
          <w:p w14:paraId="6A8D46A5" w14:textId="77777777" w:rsidR="006C3779" w:rsidRDefault="006C3779"/>
        </w:tc>
        <w:tc>
          <w:tcPr>
            <w:tcW w:w="1054" w:type="dxa"/>
          </w:tcPr>
          <w:p w14:paraId="48DC1496" w14:textId="77777777" w:rsidR="006C3779" w:rsidRDefault="006C3779"/>
        </w:tc>
        <w:tc>
          <w:tcPr>
            <w:tcW w:w="1054" w:type="dxa"/>
          </w:tcPr>
          <w:p w14:paraId="3E0EA6DE" w14:textId="77777777" w:rsidR="006C3779" w:rsidRDefault="006C3779"/>
        </w:tc>
        <w:tc>
          <w:tcPr>
            <w:tcW w:w="1054" w:type="dxa"/>
          </w:tcPr>
          <w:p w14:paraId="53246D76" w14:textId="77777777" w:rsidR="006C3779" w:rsidRDefault="006C3779"/>
        </w:tc>
        <w:tc>
          <w:tcPr>
            <w:tcW w:w="1054" w:type="dxa"/>
          </w:tcPr>
          <w:p w14:paraId="37882767" w14:textId="77777777" w:rsidR="006C3779" w:rsidRDefault="006C3779"/>
        </w:tc>
        <w:tc>
          <w:tcPr>
            <w:tcW w:w="1054" w:type="dxa"/>
          </w:tcPr>
          <w:p w14:paraId="7D5C6498" w14:textId="77777777" w:rsidR="006C3779" w:rsidRDefault="006C3779"/>
        </w:tc>
        <w:tc>
          <w:tcPr>
            <w:tcW w:w="1054" w:type="dxa"/>
          </w:tcPr>
          <w:p w14:paraId="5C8C14AD" w14:textId="77777777" w:rsidR="006C3779" w:rsidRDefault="006C3779"/>
        </w:tc>
        <w:tc>
          <w:tcPr>
            <w:tcW w:w="1054" w:type="dxa"/>
          </w:tcPr>
          <w:p w14:paraId="05021BA0" w14:textId="77777777" w:rsidR="006C3779" w:rsidRDefault="006C3779"/>
        </w:tc>
      </w:tr>
      <w:tr w:rsidR="006C3779" w14:paraId="3B223333" w14:textId="77777777" w:rsidTr="000C111D">
        <w:trPr>
          <w:cantSplit/>
          <w:trHeight w:val="567"/>
          <w:jc w:val="center"/>
        </w:trPr>
        <w:tc>
          <w:tcPr>
            <w:tcW w:w="1054" w:type="dxa"/>
          </w:tcPr>
          <w:p w14:paraId="09CC5C5B" w14:textId="77777777" w:rsidR="006C3779" w:rsidRDefault="008A7F62">
            <w:r>
              <w:t>5</w:t>
            </w:r>
          </w:p>
        </w:tc>
        <w:tc>
          <w:tcPr>
            <w:tcW w:w="1054" w:type="dxa"/>
          </w:tcPr>
          <w:p w14:paraId="7FFFBEDC" w14:textId="77777777" w:rsidR="006C3779" w:rsidRDefault="006C3779"/>
        </w:tc>
        <w:tc>
          <w:tcPr>
            <w:tcW w:w="1054" w:type="dxa"/>
          </w:tcPr>
          <w:p w14:paraId="1149F9C8" w14:textId="77777777" w:rsidR="006C3779" w:rsidRDefault="006C3779"/>
        </w:tc>
        <w:tc>
          <w:tcPr>
            <w:tcW w:w="1054" w:type="dxa"/>
          </w:tcPr>
          <w:p w14:paraId="5E002ADF" w14:textId="77777777" w:rsidR="006C3779" w:rsidRDefault="006C3779"/>
        </w:tc>
        <w:tc>
          <w:tcPr>
            <w:tcW w:w="1054" w:type="dxa"/>
          </w:tcPr>
          <w:p w14:paraId="47799636" w14:textId="77777777" w:rsidR="006C3779" w:rsidRDefault="006C3779"/>
        </w:tc>
        <w:tc>
          <w:tcPr>
            <w:tcW w:w="1054" w:type="dxa"/>
          </w:tcPr>
          <w:p w14:paraId="1E84705C" w14:textId="77777777" w:rsidR="006C3779" w:rsidRDefault="006C3779"/>
        </w:tc>
        <w:tc>
          <w:tcPr>
            <w:tcW w:w="1054" w:type="dxa"/>
          </w:tcPr>
          <w:p w14:paraId="59D72B9F" w14:textId="77777777" w:rsidR="006C3779" w:rsidRDefault="006C3779"/>
        </w:tc>
        <w:tc>
          <w:tcPr>
            <w:tcW w:w="1054" w:type="dxa"/>
          </w:tcPr>
          <w:p w14:paraId="2EB1676D" w14:textId="77777777" w:rsidR="006C3779" w:rsidRDefault="006C3779"/>
        </w:tc>
        <w:tc>
          <w:tcPr>
            <w:tcW w:w="1054" w:type="dxa"/>
          </w:tcPr>
          <w:p w14:paraId="66D99351" w14:textId="77777777" w:rsidR="006C3779" w:rsidRDefault="006C3779"/>
        </w:tc>
        <w:tc>
          <w:tcPr>
            <w:tcW w:w="1054" w:type="dxa"/>
          </w:tcPr>
          <w:p w14:paraId="43F578A5" w14:textId="77777777" w:rsidR="006C3779" w:rsidRDefault="006C3779"/>
        </w:tc>
      </w:tr>
    </w:tbl>
    <w:p w14:paraId="2A12FC87" w14:textId="77777777" w:rsidR="006C3779" w:rsidRDefault="006C3779"/>
    <w:p w14:paraId="356E8815" w14:textId="77777777" w:rsidR="006C3779" w:rsidRDefault="008A7F62">
      <w:r>
        <w:rPr>
          <w:b/>
        </w:rPr>
        <w:t>四、銷毀前確認事項</w:t>
      </w:r>
    </w:p>
    <w:p w14:paraId="6C675A94" w14:textId="77777777" w:rsidR="006C3779" w:rsidRDefault="008A7F62">
      <w:pPr>
        <w:rPr>
          <w:lang w:eastAsia="zh-TW"/>
        </w:rPr>
      </w:pPr>
      <w:r>
        <w:rPr>
          <w:lang w:eastAsia="zh-TW"/>
        </w:rPr>
        <w:t xml:space="preserve">□ </w:t>
      </w:r>
      <w:r>
        <w:rPr>
          <w:lang w:eastAsia="zh-TW"/>
        </w:rPr>
        <w:t>已確認研究計畫／試驗相關文件之保存期限及銷毀條件。</w:t>
      </w:r>
    </w:p>
    <w:p w14:paraId="540ACE82" w14:textId="77777777" w:rsidR="006C3779" w:rsidRDefault="008A7F62">
      <w:pPr>
        <w:rPr>
          <w:lang w:eastAsia="zh-TW"/>
        </w:rPr>
      </w:pPr>
      <w:r>
        <w:rPr>
          <w:lang w:eastAsia="zh-TW"/>
        </w:rPr>
        <w:t xml:space="preserve">□ </w:t>
      </w:r>
      <w:r>
        <w:rPr>
          <w:lang w:eastAsia="zh-TW"/>
        </w:rPr>
        <w:t>已確認無主管機關、</w:t>
      </w:r>
      <w:r>
        <w:rPr>
          <w:lang w:eastAsia="zh-TW"/>
        </w:rPr>
        <w:t>IRB</w:t>
      </w:r>
      <w:r>
        <w:rPr>
          <w:lang w:eastAsia="zh-TW"/>
        </w:rPr>
        <w:t>／倫理審查、契約或研究計畫要求之延長保存事項。</w:t>
      </w:r>
    </w:p>
    <w:p w14:paraId="3DA13D0D" w14:textId="77777777" w:rsidR="006C3779" w:rsidRDefault="008A7F62">
      <w:pPr>
        <w:rPr>
          <w:lang w:eastAsia="zh-TW"/>
        </w:rPr>
      </w:pPr>
      <w:r>
        <w:rPr>
          <w:lang w:eastAsia="zh-TW"/>
        </w:rPr>
        <w:t xml:space="preserve">□ </w:t>
      </w:r>
      <w:r>
        <w:rPr>
          <w:lang w:eastAsia="zh-TW"/>
        </w:rPr>
        <w:t>已完成材料清冊、數量及編號核對。</w:t>
      </w:r>
    </w:p>
    <w:p w14:paraId="6DAFDDCF" w14:textId="77777777" w:rsidR="006C3779" w:rsidRDefault="008A7F62">
      <w:pPr>
        <w:rPr>
          <w:lang w:eastAsia="zh-TW"/>
        </w:rPr>
      </w:pPr>
      <w:r>
        <w:rPr>
          <w:lang w:eastAsia="zh-TW"/>
        </w:rPr>
        <w:t xml:space="preserve">□ </w:t>
      </w:r>
      <w:r>
        <w:rPr>
          <w:lang w:eastAsia="zh-TW"/>
        </w:rPr>
        <w:t>涉及個人資料或可識別資訊者，已採適當方式完成去識別化或不可回復之銷毀。</w:t>
      </w:r>
    </w:p>
    <w:p w14:paraId="0EDD2FFC" w14:textId="77777777" w:rsidR="006C3779" w:rsidRDefault="008A7F62">
      <w:pPr>
        <w:rPr>
          <w:lang w:eastAsia="zh-TW"/>
        </w:rPr>
      </w:pPr>
      <w:r>
        <w:rPr>
          <w:lang w:eastAsia="zh-TW"/>
        </w:rPr>
        <w:t xml:space="preserve">□ </w:t>
      </w:r>
      <w:r>
        <w:rPr>
          <w:lang w:eastAsia="zh-TW"/>
        </w:rPr>
        <w:t>已取得研究主持人／權責主管核准後執行銷毀。</w:t>
      </w:r>
    </w:p>
    <w:p w14:paraId="56868BAC" w14:textId="77777777" w:rsidR="006C3779" w:rsidRDefault="008A7F62">
      <w:pPr>
        <w:rPr>
          <w:lang w:eastAsia="zh-TW"/>
        </w:rPr>
      </w:pPr>
      <w:r>
        <w:rPr>
          <w:lang w:eastAsia="zh-TW"/>
        </w:rPr>
        <w:t xml:space="preserve">□ </w:t>
      </w:r>
      <w:r>
        <w:rPr>
          <w:lang w:eastAsia="zh-TW"/>
        </w:rPr>
        <w:t>銷毀完成後已留下可追溯之銷毀紀錄。</w:t>
      </w:r>
    </w:p>
    <w:p w14:paraId="02A91703" w14:textId="77777777" w:rsidR="006C3779" w:rsidRDefault="006C3779">
      <w:pPr>
        <w:rPr>
          <w:lang w:eastAsia="zh-TW"/>
        </w:rPr>
      </w:pPr>
    </w:p>
    <w:p w14:paraId="2BE4732E" w14:textId="77777777" w:rsidR="006C3779" w:rsidRDefault="008A7F62">
      <w:r>
        <w:rPr>
          <w:b/>
        </w:rPr>
        <w:t>五、核准與簽核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633"/>
        <w:gridCol w:w="2633"/>
        <w:gridCol w:w="2632"/>
        <w:gridCol w:w="2632"/>
      </w:tblGrid>
      <w:tr w:rsidR="006C3779" w14:paraId="586E6474" w14:textId="77777777" w:rsidTr="000C111D">
        <w:trPr>
          <w:cantSplit/>
          <w:trHeight w:val="567"/>
          <w:tblHeader/>
          <w:jc w:val="center"/>
        </w:trPr>
        <w:tc>
          <w:tcPr>
            <w:tcW w:w="2635" w:type="dxa"/>
          </w:tcPr>
          <w:p w14:paraId="7623822D" w14:textId="77777777" w:rsidR="006C3779" w:rsidRDefault="008A7F62">
            <w:r>
              <w:rPr>
                <w:b/>
              </w:rPr>
              <w:t>角色</w:t>
            </w:r>
          </w:p>
        </w:tc>
        <w:tc>
          <w:tcPr>
            <w:tcW w:w="2635" w:type="dxa"/>
          </w:tcPr>
          <w:p w14:paraId="4B4600B7" w14:textId="77777777" w:rsidR="006C3779" w:rsidRDefault="008A7F62">
            <w:r>
              <w:rPr>
                <w:b/>
              </w:rPr>
              <w:t>姓名／簽章</w:t>
            </w:r>
          </w:p>
        </w:tc>
        <w:tc>
          <w:tcPr>
            <w:tcW w:w="2635" w:type="dxa"/>
          </w:tcPr>
          <w:p w14:paraId="57965CCC" w14:textId="77777777" w:rsidR="006C3779" w:rsidRDefault="008A7F62">
            <w:r>
              <w:rPr>
                <w:b/>
              </w:rPr>
              <w:t>日期</w:t>
            </w:r>
          </w:p>
        </w:tc>
        <w:tc>
          <w:tcPr>
            <w:tcW w:w="2635" w:type="dxa"/>
          </w:tcPr>
          <w:p w14:paraId="3E72E2AA" w14:textId="77777777" w:rsidR="006C3779" w:rsidRDefault="008A7F62">
            <w:r>
              <w:rPr>
                <w:b/>
              </w:rPr>
              <w:t>備註</w:t>
            </w:r>
          </w:p>
        </w:tc>
      </w:tr>
      <w:tr w:rsidR="006C3779" w14:paraId="2A55F2B4" w14:textId="77777777" w:rsidTr="000C111D">
        <w:trPr>
          <w:cantSplit/>
          <w:trHeight w:val="567"/>
          <w:jc w:val="center"/>
        </w:trPr>
        <w:tc>
          <w:tcPr>
            <w:tcW w:w="2635" w:type="dxa"/>
          </w:tcPr>
          <w:p w14:paraId="1E10A809" w14:textId="77777777" w:rsidR="006C3779" w:rsidRDefault="008A7F62">
            <w:r>
              <w:t>研究材料管理人員</w:t>
            </w:r>
          </w:p>
        </w:tc>
        <w:tc>
          <w:tcPr>
            <w:tcW w:w="2635" w:type="dxa"/>
          </w:tcPr>
          <w:p w14:paraId="000B1859" w14:textId="77777777" w:rsidR="006C3779" w:rsidRDefault="006C3779"/>
        </w:tc>
        <w:tc>
          <w:tcPr>
            <w:tcW w:w="2635" w:type="dxa"/>
          </w:tcPr>
          <w:p w14:paraId="44B1AEDA" w14:textId="77777777" w:rsidR="006C3779" w:rsidRDefault="006C3779"/>
        </w:tc>
        <w:tc>
          <w:tcPr>
            <w:tcW w:w="2635" w:type="dxa"/>
          </w:tcPr>
          <w:p w14:paraId="6F8DB497" w14:textId="77777777" w:rsidR="006C3779" w:rsidRDefault="006C3779"/>
        </w:tc>
      </w:tr>
      <w:tr w:rsidR="006C3779" w14:paraId="3D4B4E8D" w14:textId="77777777" w:rsidTr="000C111D">
        <w:trPr>
          <w:cantSplit/>
          <w:trHeight w:val="567"/>
          <w:jc w:val="center"/>
        </w:trPr>
        <w:tc>
          <w:tcPr>
            <w:tcW w:w="2635" w:type="dxa"/>
          </w:tcPr>
          <w:p w14:paraId="3E4CA1F5" w14:textId="1F019419" w:rsidR="006C3779" w:rsidRDefault="008A7F62">
            <w:pPr>
              <w:rPr>
                <w:lang w:eastAsia="zh-TW"/>
              </w:rPr>
            </w:pPr>
            <w:r>
              <w:rPr>
                <w:lang w:eastAsia="zh-TW"/>
              </w:rPr>
              <w:t>計畫</w:t>
            </w:r>
            <w:r w:rsidR="000C111D">
              <w:rPr>
                <w:rFonts w:ascii="新細明體" w:eastAsia="新細明體" w:hAnsi="新細明體" w:hint="eastAsia"/>
                <w:lang w:eastAsia="zh-TW"/>
              </w:rPr>
              <w:t>主持人</w:t>
            </w:r>
          </w:p>
        </w:tc>
        <w:tc>
          <w:tcPr>
            <w:tcW w:w="2635" w:type="dxa"/>
          </w:tcPr>
          <w:p w14:paraId="1CEE012F" w14:textId="77777777" w:rsidR="006C3779" w:rsidRDefault="006C3779">
            <w:pPr>
              <w:rPr>
                <w:lang w:eastAsia="zh-TW"/>
              </w:rPr>
            </w:pPr>
          </w:p>
        </w:tc>
        <w:tc>
          <w:tcPr>
            <w:tcW w:w="2635" w:type="dxa"/>
          </w:tcPr>
          <w:p w14:paraId="71B01EFE" w14:textId="77777777" w:rsidR="006C3779" w:rsidRDefault="006C3779">
            <w:pPr>
              <w:rPr>
                <w:lang w:eastAsia="zh-TW"/>
              </w:rPr>
            </w:pPr>
          </w:p>
        </w:tc>
        <w:tc>
          <w:tcPr>
            <w:tcW w:w="2635" w:type="dxa"/>
          </w:tcPr>
          <w:p w14:paraId="0CA1FBF3" w14:textId="77777777" w:rsidR="006C3779" w:rsidRDefault="006C3779">
            <w:pPr>
              <w:rPr>
                <w:lang w:eastAsia="zh-TW"/>
              </w:rPr>
            </w:pPr>
          </w:p>
        </w:tc>
      </w:tr>
      <w:tr w:rsidR="006C3779" w14:paraId="5E340582" w14:textId="77777777" w:rsidTr="000C111D">
        <w:trPr>
          <w:cantSplit/>
          <w:trHeight w:val="567"/>
          <w:jc w:val="center"/>
        </w:trPr>
        <w:tc>
          <w:tcPr>
            <w:tcW w:w="2635" w:type="dxa"/>
          </w:tcPr>
          <w:p w14:paraId="0D1156AF" w14:textId="5A1C45A7" w:rsidR="006C3779" w:rsidRDefault="002F722A">
            <w:r w:rsidRPr="002F722A">
              <w:rPr>
                <w:rFonts w:ascii="新細明體" w:eastAsia="新細明體" w:hAnsi="新細明體"/>
                <w:lang w:eastAsia="zh-TW"/>
              </w:rPr>
              <w:t>中區區域性審查委員會</w:t>
            </w:r>
          </w:p>
        </w:tc>
        <w:tc>
          <w:tcPr>
            <w:tcW w:w="2635" w:type="dxa"/>
          </w:tcPr>
          <w:p w14:paraId="6D373AC8" w14:textId="77777777" w:rsidR="006C3779" w:rsidRDefault="006C3779"/>
        </w:tc>
        <w:tc>
          <w:tcPr>
            <w:tcW w:w="2635" w:type="dxa"/>
          </w:tcPr>
          <w:p w14:paraId="7AD7083C" w14:textId="77777777" w:rsidR="006C3779" w:rsidRDefault="006C3779"/>
        </w:tc>
        <w:tc>
          <w:tcPr>
            <w:tcW w:w="2635" w:type="dxa"/>
          </w:tcPr>
          <w:p w14:paraId="2663D01F" w14:textId="77777777" w:rsidR="006C3779" w:rsidRDefault="006C3779"/>
        </w:tc>
      </w:tr>
    </w:tbl>
    <w:p w14:paraId="0CC43AAD" w14:textId="77777777" w:rsidR="006C3779" w:rsidRDefault="006C3779"/>
    <w:p w14:paraId="5F0BA848" w14:textId="77777777" w:rsidR="006C3779" w:rsidRDefault="008A7F62">
      <w:pPr>
        <w:rPr>
          <w:lang w:eastAsia="zh-TW"/>
        </w:rPr>
      </w:pPr>
      <w:r>
        <w:rPr>
          <w:b/>
          <w:lang w:eastAsia="zh-TW"/>
        </w:rPr>
        <w:t>管理原則：</w:t>
      </w:r>
      <w:r>
        <w:rPr>
          <w:lang w:eastAsia="zh-TW"/>
        </w:rPr>
        <w:t>研究材料之保存、移轉及銷毀應具備可追溯性；實際保存期限、保存條件及銷毀方式應依研究計畫、受試者同意文件、倫理審查要求、法規、契約及機構內部規範辦理。</w:t>
      </w:r>
    </w:p>
    <w:sectPr w:rsidR="006C3779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7FA75" w14:textId="77777777" w:rsidR="000C111D" w:rsidRDefault="000C111D" w:rsidP="000C111D">
      <w:pPr>
        <w:spacing w:after="0" w:line="240" w:lineRule="auto"/>
      </w:pPr>
      <w:r>
        <w:separator/>
      </w:r>
    </w:p>
  </w:endnote>
  <w:endnote w:type="continuationSeparator" w:id="0">
    <w:p w14:paraId="5A7F5168" w14:textId="77777777" w:rsidR="000C111D" w:rsidRDefault="000C111D" w:rsidP="000C1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3BD27" w14:textId="77777777" w:rsidR="000C111D" w:rsidRDefault="000C111D" w:rsidP="000C111D">
      <w:pPr>
        <w:spacing w:after="0" w:line="240" w:lineRule="auto"/>
      </w:pPr>
      <w:r>
        <w:separator/>
      </w:r>
    </w:p>
  </w:footnote>
  <w:footnote w:type="continuationSeparator" w:id="0">
    <w:p w14:paraId="792F940C" w14:textId="77777777" w:rsidR="000C111D" w:rsidRDefault="000C111D" w:rsidP="000C1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11D"/>
    <w:rsid w:val="0015074B"/>
    <w:rsid w:val="0029639D"/>
    <w:rsid w:val="002F722A"/>
    <w:rsid w:val="00326F90"/>
    <w:rsid w:val="006C3779"/>
    <w:rsid w:val="008A7F6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E1341FD"/>
  <w14:defaultImageDpi w14:val="300"/>
  <w15:docId w15:val="{F5F7AE60-A225-4C79-BF68-94420C38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hAnsi="微軟正黑體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a09</cp:lastModifiedBy>
  <cp:revision>4</cp:revision>
  <dcterms:created xsi:type="dcterms:W3CDTF">2026-08-25T01:33:00Z</dcterms:created>
  <dcterms:modified xsi:type="dcterms:W3CDTF">2026-09-02T08:49:00Z</dcterms:modified>
  <cp:category/>
</cp:coreProperties>
</file>